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2A4E5" w14:textId="77777777" w:rsidR="00A00D9B" w:rsidRDefault="0072735D">
      <w:pPr>
        <w:jc w:val="center"/>
      </w:pPr>
      <w:r>
        <w:rPr>
          <w:b/>
          <w:color w:val="24534B"/>
          <w:sz w:val="30"/>
        </w:rPr>
        <w:t>NORTH CREEK PSYCHIATRY &amp; WELLNESS COLLECTIVE</w:t>
      </w:r>
    </w:p>
    <w:p w14:paraId="545CAC26" w14:textId="77777777" w:rsidR="00A00D9B" w:rsidRDefault="0072735D">
      <w:pPr>
        <w:jc w:val="center"/>
      </w:pPr>
      <w:r>
        <w:rPr>
          <w:b/>
          <w:sz w:val="24"/>
        </w:rPr>
        <w:t>PROVIDER-TO-PROVIDER REFERRAL FOR SPRAVATO® (esketamine)</w:t>
      </w:r>
    </w:p>
    <w:p w14:paraId="0245082C" w14:textId="046FF6CB" w:rsidR="00A00D9B" w:rsidRDefault="0072735D">
      <w:pPr>
        <w:jc w:val="center"/>
      </w:pPr>
      <w:r>
        <w:t xml:space="preserve">Marshall Clinic: 348 West Main Street, Suite 203, Marshall, MN </w:t>
      </w:r>
      <w:proofErr w:type="gramStart"/>
      <w:r>
        <w:t>56258  |</w:t>
      </w:r>
      <w:proofErr w:type="gramEnd"/>
      <w:r>
        <w:t xml:space="preserve">  Phone: 507-626-5705</w:t>
      </w:r>
      <w:r>
        <w:br/>
      </w:r>
      <w:hyperlink r:id="rId8" w:history="1">
        <w:r w:rsidR="00175146" w:rsidRPr="005E1350">
          <w:rPr>
            <w:rStyle w:val="Hyperlink"/>
          </w:rPr>
          <w:t>www.northcreekcollective.com</w:t>
        </w:r>
      </w:hyperlink>
    </w:p>
    <w:p w14:paraId="518FF95F" w14:textId="77777777" w:rsidR="00175146" w:rsidRDefault="00175146">
      <w:pPr>
        <w:jc w:val="center"/>
      </w:pPr>
    </w:p>
    <w:p w14:paraId="0F0597AB" w14:textId="77777777" w:rsidR="00175146" w:rsidRDefault="00175146">
      <w:pPr>
        <w:jc w:val="center"/>
      </w:pPr>
    </w:p>
    <w:p w14:paraId="2D5735B6" w14:textId="77777777" w:rsidR="00A00D9B" w:rsidRDefault="0072735D">
      <w:pPr>
        <w:rPr>
          <w:sz w:val="24"/>
          <w:szCs w:val="24"/>
        </w:rPr>
      </w:pPr>
      <w:r w:rsidRPr="00175146">
        <w:rPr>
          <w:b/>
          <w:sz w:val="24"/>
          <w:szCs w:val="24"/>
        </w:rPr>
        <w:t xml:space="preserve">Purpose: </w:t>
      </w:r>
      <w:r w:rsidRPr="00175146">
        <w:rPr>
          <w:sz w:val="24"/>
          <w:szCs w:val="24"/>
        </w:rPr>
        <w:t>Referral for Spravato treatment when the patient’s established psychiatric provider does not offer this service. The referring provider may continue the patient’s routine psychiatric care and medication management while North Creek evaluates and provides Spravato treatment, subject to clinical appropriateness and program requirements.</w:t>
      </w:r>
    </w:p>
    <w:p w14:paraId="3E6FD447" w14:textId="77777777" w:rsidR="00175146" w:rsidRPr="00175146" w:rsidRDefault="00175146">
      <w:pPr>
        <w:rPr>
          <w:sz w:val="24"/>
          <w:szCs w:val="24"/>
        </w:rPr>
      </w:pPr>
    </w:p>
    <w:p w14:paraId="05B443AA" w14:textId="77777777" w:rsidR="00A00D9B" w:rsidRPr="00175146" w:rsidRDefault="0072735D">
      <w:pPr>
        <w:pStyle w:val="Heading1"/>
        <w:rPr>
          <w:szCs w:val="24"/>
        </w:rPr>
      </w:pPr>
      <w:r w:rsidRPr="00175146">
        <w:rPr>
          <w:szCs w:val="24"/>
        </w:rPr>
        <w:t>SECTION 1: PATIENT INFORMATION</w:t>
      </w:r>
    </w:p>
    <w:p w14:paraId="6F94923E" w14:textId="77777777" w:rsidR="00A00D9B" w:rsidRPr="00175146" w:rsidRDefault="0072735D">
      <w:pPr>
        <w:rPr>
          <w:sz w:val="24"/>
          <w:szCs w:val="24"/>
        </w:rPr>
      </w:pPr>
      <w:r w:rsidRPr="00175146">
        <w:rPr>
          <w:b/>
          <w:sz w:val="24"/>
          <w:szCs w:val="24"/>
        </w:rPr>
        <w:t xml:space="preserve">Patient name: </w:t>
      </w:r>
      <w:r w:rsidRPr="00175146">
        <w:rPr>
          <w:sz w:val="24"/>
          <w:szCs w:val="24"/>
        </w:rPr>
        <w:t>____________________________________________________</w:t>
      </w:r>
    </w:p>
    <w:p w14:paraId="31BB4B49" w14:textId="77777777" w:rsidR="00A00D9B" w:rsidRPr="00175146" w:rsidRDefault="0072735D">
      <w:pPr>
        <w:rPr>
          <w:sz w:val="24"/>
          <w:szCs w:val="24"/>
        </w:rPr>
      </w:pPr>
      <w:r w:rsidRPr="00175146">
        <w:rPr>
          <w:b/>
          <w:sz w:val="24"/>
          <w:szCs w:val="24"/>
        </w:rPr>
        <w:t xml:space="preserve">Date of birth: </w:t>
      </w:r>
      <w:r w:rsidRPr="00175146">
        <w:rPr>
          <w:sz w:val="24"/>
          <w:szCs w:val="24"/>
        </w:rPr>
        <w:t>____________________</w:t>
      </w:r>
    </w:p>
    <w:p w14:paraId="7944059C" w14:textId="77777777" w:rsidR="00A00D9B" w:rsidRPr="00175146" w:rsidRDefault="0072735D">
      <w:pPr>
        <w:rPr>
          <w:sz w:val="24"/>
          <w:szCs w:val="24"/>
        </w:rPr>
      </w:pPr>
      <w:r w:rsidRPr="00175146">
        <w:rPr>
          <w:b/>
          <w:sz w:val="24"/>
          <w:szCs w:val="24"/>
        </w:rPr>
        <w:t xml:space="preserve">Phone: </w:t>
      </w:r>
      <w:r w:rsidRPr="00175146">
        <w:rPr>
          <w:sz w:val="24"/>
          <w:szCs w:val="24"/>
        </w:rPr>
        <w:t>___________________________________</w:t>
      </w:r>
    </w:p>
    <w:p w14:paraId="4198268F" w14:textId="77777777" w:rsidR="00A00D9B" w:rsidRPr="00175146" w:rsidRDefault="0072735D">
      <w:pPr>
        <w:rPr>
          <w:sz w:val="24"/>
          <w:szCs w:val="24"/>
        </w:rPr>
      </w:pPr>
      <w:r w:rsidRPr="00175146">
        <w:rPr>
          <w:b/>
          <w:sz w:val="24"/>
          <w:szCs w:val="24"/>
        </w:rPr>
        <w:t xml:space="preserve">Address: </w:t>
      </w:r>
      <w:r w:rsidRPr="00175146">
        <w:rPr>
          <w:sz w:val="24"/>
          <w:szCs w:val="24"/>
        </w:rPr>
        <w:t>________________________________________________________________</w:t>
      </w:r>
    </w:p>
    <w:p w14:paraId="050C2394" w14:textId="77777777" w:rsidR="00A00D9B" w:rsidRPr="00175146" w:rsidRDefault="0072735D">
      <w:pPr>
        <w:rPr>
          <w:sz w:val="24"/>
          <w:szCs w:val="24"/>
        </w:rPr>
      </w:pPr>
      <w:r w:rsidRPr="00175146">
        <w:rPr>
          <w:b/>
          <w:sz w:val="24"/>
          <w:szCs w:val="24"/>
        </w:rPr>
        <w:t xml:space="preserve">Insurance/plan: </w:t>
      </w:r>
      <w:r w:rsidRPr="00175146">
        <w:rPr>
          <w:sz w:val="24"/>
          <w:szCs w:val="24"/>
        </w:rPr>
        <w:t>______________________________</w:t>
      </w:r>
    </w:p>
    <w:p w14:paraId="3DBDA042" w14:textId="77777777" w:rsidR="00A00D9B" w:rsidRPr="00175146" w:rsidRDefault="0072735D">
      <w:pPr>
        <w:rPr>
          <w:sz w:val="24"/>
          <w:szCs w:val="24"/>
        </w:rPr>
      </w:pPr>
      <w:r w:rsidRPr="00175146">
        <w:rPr>
          <w:b/>
          <w:sz w:val="24"/>
          <w:szCs w:val="24"/>
        </w:rPr>
        <w:t xml:space="preserve">Member ID: </w:t>
      </w:r>
      <w:r w:rsidRPr="00175146">
        <w:rPr>
          <w:sz w:val="24"/>
          <w:szCs w:val="24"/>
        </w:rPr>
        <w:t>______________________________</w:t>
      </w:r>
    </w:p>
    <w:p w14:paraId="2EB9E65C" w14:textId="77777777" w:rsidR="00A00D9B" w:rsidRPr="00175146" w:rsidRDefault="0072735D">
      <w:pPr>
        <w:rPr>
          <w:sz w:val="24"/>
          <w:szCs w:val="24"/>
        </w:rPr>
      </w:pPr>
      <w:r w:rsidRPr="00175146">
        <w:rPr>
          <w:b/>
          <w:sz w:val="24"/>
          <w:szCs w:val="24"/>
        </w:rPr>
        <w:t xml:space="preserve">Primary care provider: </w:t>
      </w:r>
      <w:r w:rsidRPr="00175146">
        <w:rPr>
          <w:sz w:val="24"/>
          <w:szCs w:val="24"/>
        </w:rPr>
        <w:t>___________________________________________</w:t>
      </w:r>
    </w:p>
    <w:p w14:paraId="2CC71DDB" w14:textId="77777777" w:rsidR="00A00D9B" w:rsidRPr="00175146" w:rsidRDefault="0072735D">
      <w:pPr>
        <w:pStyle w:val="Heading1"/>
        <w:rPr>
          <w:szCs w:val="24"/>
        </w:rPr>
      </w:pPr>
      <w:r w:rsidRPr="00175146">
        <w:rPr>
          <w:szCs w:val="24"/>
        </w:rPr>
        <w:t>SECTION 2: REFERRING PROVIDER INFORMATION</w:t>
      </w:r>
    </w:p>
    <w:p w14:paraId="6DD12A81" w14:textId="77777777" w:rsidR="00A00D9B" w:rsidRPr="00175146" w:rsidRDefault="0072735D">
      <w:pPr>
        <w:rPr>
          <w:sz w:val="24"/>
          <w:szCs w:val="24"/>
        </w:rPr>
      </w:pPr>
      <w:r w:rsidRPr="00175146">
        <w:rPr>
          <w:b/>
          <w:sz w:val="24"/>
          <w:szCs w:val="24"/>
        </w:rPr>
        <w:t xml:space="preserve">Provider name and credentials: </w:t>
      </w:r>
      <w:r w:rsidRPr="00175146">
        <w:rPr>
          <w:sz w:val="24"/>
          <w:szCs w:val="24"/>
        </w:rPr>
        <w:t>__________________________________________</w:t>
      </w:r>
    </w:p>
    <w:p w14:paraId="0C588FCD" w14:textId="77777777" w:rsidR="00A00D9B" w:rsidRPr="00175146" w:rsidRDefault="0072735D">
      <w:pPr>
        <w:rPr>
          <w:sz w:val="24"/>
          <w:szCs w:val="24"/>
        </w:rPr>
      </w:pPr>
      <w:r w:rsidRPr="00175146">
        <w:rPr>
          <w:b/>
          <w:sz w:val="24"/>
          <w:szCs w:val="24"/>
        </w:rPr>
        <w:t xml:space="preserve">Practice/facility: </w:t>
      </w:r>
      <w:r w:rsidRPr="00175146">
        <w:rPr>
          <w:sz w:val="24"/>
          <w:szCs w:val="24"/>
        </w:rPr>
        <w:t>_____________________________________________________</w:t>
      </w:r>
    </w:p>
    <w:p w14:paraId="3C91658B" w14:textId="77777777" w:rsidR="00A00D9B" w:rsidRPr="00175146" w:rsidRDefault="0072735D">
      <w:pPr>
        <w:rPr>
          <w:sz w:val="24"/>
          <w:szCs w:val="24"/>
        </w:rPr>
      </w:pPr>
      <w:r w:rsidRPr="00175146">
        <w:rPr>
          <w:b/>
          <w:sz w:val="24"/>
          <w:szCs w:val="24"/>
        </w:rPr>
        <w:t xml:space="preserve">Address: </w:t>
      </w:r>
      <w:r w:rsidRPr="00175146">
        <w:rPr>
          <w:sz w:val="24"/>
          <w:szCs w:val="24"/>
        </w:rPr>
        <w:t>________________________________________________________________</w:t>
      </w:r>
    </w:p>
    <w:p w14:paraId="30F15692" w14:textId="77777777" w:rsidR="00A00D9B" w:rsidRPr="00175146" w:rsidRDefault="0072735D">
      <w:pPr>
        <w:rPr>
          <w:sz w:val="24"/>
          <w:szCs w:val="24"/>
        </w:rPr>
      </w:pPr>
      <w:r w:rsidRPr="00175146">
        <w:rPr>
          <w:b/>
          <w:sz w:val="24"/>
          <w:szCs w:val="24"/>
        </w:rPr>
        <w:t xml:space="preserve">Phone: </w:t>
      </w:r>
      <w:r w:rsidRPr="00175146">
        <w:rPr>
          <w:sz w:val="24"/>
          <w:szCs w:val="24"/>
        </w:rPr>
        <w:t>_______________________________</w:t>
      </w:r>
    </w:p>
    <w:p w14:paraId="3592E70C" w14:textId="77777777" w:rsidR="00A00D9B" w:rsidRPr="00175146" w:rsidRDefault="0072735D">
      <w:pPr>
        <w:rPr>
          <w:sz w:val="24"/>
          <w:szCs w:val="24"/>
        </w:rPr>
      </w:pPr>
      <w:r w:rsidRPr="00175146">
        <w:rPr>
          <w:b/>
          <w:sz w:val="24"/>
          <w:szCs w:val="24"/>
        </w:rPr>
        <w:t xml:space="preserve">Fax: </w:t>
      </w:r>
      <w:r w:rsidRPr="00175146">
        <w:rPr>
          <w:sz w:val="24"/>
          <w:szCs w:val="24"/>
        </w:rPr>
        <w:t>___________________________________</w:t>
      </w:r>
    </w:p>
    <w:p w14:paraId="5FB68030" w14:textId="77777777" w:rsidR="00A00D9B" w:rsidRPr="00175146" w:rsidRDefault="0072735D">
      <w:pPr>
        <w:rPr>
          <w:sz w:val="24"/>
          <w:szCs w:val="24"/>
        </w:rPr>
      </w:pPr>
      <w:r w:rsidRPr="00175146">
        <w:rPr>
          <w:b/>
          <w:sz w:val="24"/>
          <w:szCs w:val="24"/>
        </w:rPr>
        <w:t xml:space="preserve">Secure email: </w:t>
      </w:r>
      <w:r w:rsidRPr="00175146">
        <w:rPr>
          <w:sz w:val="24"/>
          <w:szCs w:val="24"/>
        </w:rPr>
        <w:t>____________________________________________________</w:t>
      </w:r>
    </w:p>
    <w:p w14:paraId="7760A08E" w14:textId="77777777" w:rsidR="00A00D9B" w:rsidRPr="00175146" w:rsidRDefault="0072735D">
      <w:pPr>
        <w:rPr>
          <w:sz w:val="24"/>
          <w:szCs w:val="24"/>
        </w:rPr>
      </w:pPr>
      <w:r w:rsidRPr="00175146">
        <w:rPr>
          <w:b/>
          <w:sz w:val="24"/>
          <w:szCs w:val="24"/>
        </w:rPr>
        <w:t xml:space="preserve">Preferred communication: </w:t>
      </w:r>
      <w:r w:rsidRPr="00175146">
        <w:rPr>
          <w:sz w:val="24"/>
          <w:szCs w:val="24"/>
        </w:rPr>
        <w:t>☐</w:t>
      </w:r>
      <w:r w:rsidRPr="00175146">
        <w:rPr>
          <w:sz w:val="24"/>
          <w:szCs w:val="24"/>
        </w:rPr>
        <w:t xml:space="preserve"> Phone   ☐ Fax   ☐ Secure electronic communication</w:t>
      </w:r>
    </w:p>
    <w:p w14:paraId="50FC4FBC" w14:textId="77777777" w:rsidR="00A00D9B" w:rsidRPr="00175146" w:rsidRDefault="0072735D">
      <w:pPr>
        <w:pStyle w:val="Heading1"/>
        <w:rPr>
          <w:szCs w:val="24"/>
        </w:rPr>
      </w:pPr>
      <w:r w:rsidRPr="00175146">
        <w:rPr>
          <w:szCs w:val="24"/>
        </w:rPr>
        <w:t>SECTION 3: REFERRAL INFORMATION</w:t>
      </w:r>
    </w:p>
    <w:p w14:paraId="7A8BCBB7" w14:textId="5D0EE74B" w:rsidR="00A00D9B" w:rsidRPr="00175146" w:rsidRDefault="0072735D">
      <w:pPr>
        <w:rPr>
          <w:sz w:val="24"/>
          <w:szCs w:val="24"/>
        </w:rPr>
      </w:pPr>
      <w:r w:rsidRPr="00175146">
        <w:rPr>
          <w:b/>
          <w:sz w:val="24"/>
          <w:szCs w:val="24"/>
        </w:rPr>
        <w:t xml:space="preserve">Reason for referral: </w:t>
      </w:r>
      <w:r w:rsidRPr="00175146">
        <w:rPr>
          <w:sz w:val="24"/>
          <w:szCs w:val="24"/>
        </w:rPr>
        <w:t>☐</w:t>
      </w:r>
      <w:r w:rsidRPr="00175146">
        <w:rPr>
          <w:sz w:val="24"/>
          <w:szCs w:val="24"/>
        </w:rPr>
        <w:t xml:space="preserve"> Treatment-resistant depression (</w:t>
      </w:r>
      <w:proofErr w:type="gramStart"/>
      <w:r w:rsidRPr="00175146">
        <w:rPr>
          <w:sz w:val="24"/>
          <w:szCs w:val="24"/>
        </w:rPr>
        <w:t xml:space="preserve">TRD)   </w:t>
      </w:r>
      <w:proofErr w:type="gramEnd"/>
      <w:r w:rsidRPr="00175146">
        <w:rPr>
          <w:sz w:val="24"/>
          <w:szCs w:val="24"/>
        </w:rPr>
        <w:t>☐ Interested in learning about Spravato</w:t>
      </w:r>
      <w:r w:rsidRPr="00175146">
        <w:rPr>
          <w:sz w:val="24"/>
          <w:szCs w:val="24"/>
        </w:rPr>
        <w:br/>
      </w:r>
      <w:r w:rsidRPr="00175146">
        <w:rPr>
          <w:sz w:val="24"/>
          <w:szCs w:val="24"/>
        </w:rPr>
        <w:t>☐</w:t>
      </w:r>
      <w:r w:rsidRPr="00175146">
        <w:rPr>
          <w:sz w:val="24"/>
          <w:szCs w:val="24"/>
        </w:rPr>
        <w:t xml:space="preserve"> Inadequate response to prior depression treatments   ☐ Other: ______________________________</w:t>
      </w:r>
      <w:r w:rsidR="00175146">
        <w:rPr>
          <w:sz w:val="24"/>
          <w:szCs w:val="24"/>
        </w:rPr>
        <w:t>_____________________________________________</w:t>
      </w:r>
    </w:p>
    <w:p w14:paraId="60132550" w14:textId="23A7A92F" w:rsidR="00A00D9B" w:rsidRPr="00175146" w:rsidRDefault="0072735D">
      <w:pPr>
        <w:rPr>
          <w:sz w:val="24"/>
          <w:szCs w:val="24"/>
        </w:rPr>
      </w:pPr>
      <w:r w:rsidRPr="00175146">
        <w:rPr>
          <w:b/>
          <w:sz w:val="24"/>
          <w:szCs w:val="24"/>
        </w:rPr>
        <w:t xml:space="preserve">Primary psychiatric diagnosis: </w:t>
      </w:r>
      <w:r w:rsidRPr="00175146">
        <w:rPr>
          <w:sz w:val="24"/>
          <w:szCs w:val="24"/>
        </w:rPr>
        <w:t>___________________________________________</w:t>
      </w:r>
      <w:r w:rsidR="00175146" w:rsidRPr="00175146">
        <w:rPr>
          <w:sz w:val="24"/>
          <w:szCs w:val="24"/>
        </w:rPr>
        <w:t>________________________________</w:t>
      </w:r>
    </w:p>
    <w:p w14:paraId="598B5563" w14:textId="718358E9" w:rsidR="00A00D9B" w:rsidRPr="00175146" w:rsidRDefault="0072735D">
      <w:pPr>
        <w:rPr>
          <w:sz w:val="24"/>
          <w:szCs w:val="24"/>
        </w:rPr>
      </w:pPr>
      <w:r w:rsidRPr="00175146">
        <w:rPr>
          <w:b/>
          <w:sz w:val="24"/>
          <w:szCs w:val="24"/>
        </w:rPr>
        <w:t xml:space="preserve">ICD-10 code, if known: </w:t>
      </w:r>
      <w:r w:rsidRPr="00175146">
        <w:rPr>
          <w:sz w:val="24"/>
          <w:szCs w:val="24"/>
        </w:rPr>
        <w:t>________________________________________________</w:t>
      </w:r>
      <w:r w:rsidR="00175146" w:rsidRPr="00175146">
        <w:rPr>
          <w:sz w:val="24"/>
          <w:szCs w:val="24"/>
        </w:rPr>
        <w:t>__________________________________</w:t>
      </w:r>
      <w:r w:rsidR="00175146">
        <w:rPr>
          <w:sz w:val="24"/>
          <w:szCs w:val="24"/>
        </w:rPr>
        <w:t>______________________________________________________________________</w:t>
      </w:r>
    </w:p>
    <w:p w14:paraId="462CC17F" w14:textId="77777777" w:rsidR="00175146" w:rsidRDefault="00175146">
      <w:pPr>
        <w:rPr>
          <w:b/>
          <w:sz w:val="24"/>
          <w:szCs w:val="24"/>
        </w:rPr>
      </w:pPr>
    </w:p>
    <w:p w14:paraId="5157A34F" w14:textId="580EADC2" w:rsidR="00A00D9B" w:rsidRPr="00175146" w:rsidRDefault="0072735D">
      <w:pPr>
        <w:rPr>
          <w:sz w:val="24"/>
          <w:szCs w:val="24"/>
        </w:rPr>
      </w:pPr>
      <w:r w:rsidRPr="00175146">
        <w:rPr>
          <w:b/>
          <w:sz w:val="24"/>
          <w:szCs w:val="24"/>
        </w:rPr>
        <w:lastRenderedPageBreak/>
        <w:t>Current symptoms and clinical concerns:</w:t>
      </w:r>
    </w:p>
    <w:p w14:paraId="2A210091" w14:textId="4EF08441" w:rsidR="00A00D9B" w:rsidRPr="00175146" w:rsidRDefault="0072735D">
      <w:pPr>
        <w:rPr>
          <w:sz w:val="24"/>
          <w:szCs w:val="24"/>
        </w:rPr>
      </w:pPr>
      <w:r w:rsidRPr="00175146">
        <w:rPr>
          <w:sz w:val="24"/>
          <w:szCs w:val="24"/>
        </w:rPr>
        <w:t>_________________________________________________________________________________________________________</w:t>
      </w:r>
      <w:r w:rsidR="00175146" w:rsidRPr="00175146">
        <w:rPr>
          <w:sz w:val="24"/>
          <w:szCs w:val="24"/>
        </w:rPr>
        <w:t>___________________________________________________________________________________________________</w:t>
      </w:r>
      <w:r w:rsidR="00175146">
        <w:rPr>
          <w:sz w:val="24"/>
          <w:szCs w:val="24"/>
        </w:rPr>
        <w:t>________________________</w:t>
      </w:r>
      <w:r w:rsidRPr="00175146">
        <w:rPr>
          <w:sz w:val="24"/>
          <w:szCs w:val="24"/>
        </w:rPr>
        <w:br/>
        <w:t>_________________________________________________________________________________________________________</w:t>
      </w:r>
      <w:r w:rsidR="00175146" w:rsidRPr="00175146">
        <w:rPr>
          <w:sz w:val="24"/>
          <w:szCs w:val="24"/>
        </w:rPr>
        <w:t>___________________________________________________________________________________________________</w:t>
      </w:r>
      <w:r w:rsidR="00175146">
        <w:rPr>
          <w:sz w:val="24"/>
          <w:szCs w:val="24"/>
        </w:rPr>
        <w:t>________________________</w:t>
      </w:r>
    </w:p>
    <w:p w14:paraId="4F1F7F9C" w14:textId="77777777" w:rsidR="00A00D9B" w:rsidRPr="00175146" w:rsidRDefault="0072735D">
      <w:pPr>
        <w:rPr>
          <w:sz w:val="24"/>
          <w:szCs w:val="24"/>
        </w:rPr>
      </w:pPr>
      <w:r w:rsidRPr="00175146">
        <w:rPr>
          <w:b/>
          <w:sz w:val="24"/>
          <w:szCs w:val="24"/>
        </w:rPr>
        <w:t>Prior depression treatments (medication, dose, duration, response, reason discontinued):</w:t>
      </w:r>
    </w:p>
    <w:p w14:paraId="651A431F" w14:textId="0146CCCE" w:rsidR="00175146" w:rsidRPr="00175146" w:rsidRDefault="0072735D">
      <w:pPr>
        <w:rPr>
          <w:sz w:val="24"/>
          <w:szCs w:val="24"/>
        </w:rPr>
      </w:pPr>
      <w:r w:rsidRPr="00175146">
        <w:rPr>
          <w:sz w:val="24"/>
          <w:szCs w:val="24"/>
        </w:rPr>
        <w:t>_________________________________________________________________________________________________________</w:t>
      </w:r>
      <w:r w:rsidR="00175146" w:rsidRPr="00175146">
        <w:rPr>
          <w:sz w:val="24"/>
          <w:szCs w:val="24"/>
        </w:rPr>
        <w:t>___________________________________________________________________________________________________</w:t>
      </w:r>
      <w:r w:rsidR="00175146">
        <w:rPr>
          <w:sz w:val="24"/>
          <w:szCs w:val="24"/>
        </w:rPr>
        <w:t>________________________</w:t>
      </w:r>
      <w:r w:rsidRPr="00175146">
        <w:rPr>
          <w:sz w:val="24"/>
          <w:szCs w:val="24"/>
        </w:rPr>
        <w:br/>
        <w:t>________________________________________________________________________________________________________</w:t>
      </w:r>
      <w:r w:rsidR="00175146" w:rsidRPr="00175146">
        <w:rPr>
          <w:sz w:val="24"/>
          <w:szCs w:val="24"/>
        </w:rPr>
        <w:t>____________________________________________________________________________________________________</w:t>
      </w:r>
      <w:r w:rsidR="00175146">
        <w:rPr>
          <w:sz w:val="24"/>
          <w:szCs w:val="24"/>
        </w:rPr>
        <w:t>________________________</w:t>
      </w:r>
      <w:r w:rsidRPr="00175146">
        <w:rPr>
          <w:sz w:val="24"/>
          <w:szCs w:val="24"/>
        </w:rPr>
        <w:br/>
        <w:t>_________________________________________________________________________________________________________</w:t>
      </w:r>
      <w:r w:rsidR="00175146" w:rsidRPr="00175146">
        <w:rPr>
          <w:sz w:val="24"/>
          <w:szCs w:val="24"/>
        </w:rPr>
        <w:t>___________________________________________________________________________________________________</w:t>
      </w:r>
      <w:r w:rsidR="00175146">
        <w:rPr>
          <w:sz w:val="24"/>
          <w:szCs w:val="24"/>
        </w:rPr>
        <w:t>________________________</w:t>
      </w:r>
    </w:p>
    <w:p w14:paraId="4FEA809C" w14:textId="77777777" w:rsidR="00175146" w:rsidRPr="00175146" w:rsidRDefault="00175146">
      <w:pPr>
        <w:rPr>
          <w:b/>
          <w:sz w:val="24"/>
          <w:szCs w:val="24"/>
        </w:rPr>
      </w:pPr>
    </w:p>
    <w:p w14:paraId="7A043504" w14:textId="3B8DF486" w:rsidR="00A00D9B" w:rsidRPr="00175146" w:rsidRDefault="0072735D">
      <w:pPr>
        <w:rPr>
          <w:sz w:val="24"/>
          <w:szCs w:val="24"/>
        </w:rPr>
      </w:pPr>
      <w:r w:rsidRPr="00175146">
        <w:rPr>
          <w:b/>
          <w:sz w:val="24"/>
          <w:szCs w:val="24"/>
        </w:rPr>
        <w:t>Current psychiatric medications:</w:t>
      </w:r>
    </w:p>
    <w:tbl>
      <w:tblPr>
        <w:tblStyle w:val="TableGrid"/>
        <w:tblW w:w="0" w:type="auto"/>
        <w:jc w:val="center"/>
        <w:tblLook w:val="04A0" w:firstRow="1" w:lastRow="0" w:firstColumn="1" w:lastColumn="0" w:noHBand="0" w:noVBand="1"/>
      </w:tblPr>
      <w:tblGrid>
        <w:gridCol w:w="3408"/>
        <w:gridCol w:w="3398"/>
        <w:gridCol w:w="3408"/>
      </w:tblGrid>
      <w:tr w:rsidR="00A00D9B" w:rsidRPr="00175146" w14:paraId="31D0C7EF" w14:textId="77777777" w:rsidTr="00175146">
        <w:trPr>
          <w:trHeight w:val="293"/>
          <w:jc w:val="center"/>
        </w:trPr>
        <w:tc>
          <w:tcPr>
            <w:tcW w:w="3435" w:type="dxa"/>
          </w:tcPr>
          <w:p w14:paraId="0E72D99C" w14:textId="77777777" w:rsidR="00A00D9B" w:rsidRPr="00175146" w:rsidRDefault="0072735D">
            <w:pPr>
              <w:rPr>
                <w:sz w:val="24"/>
                <w:szCs w:val="24"/>
              </w:rPr>
            </w:pPr>
            <w:r w:rsidRPr="00175146">
              <w:rPr>
                <w:b/>
                <w:sz w:val="24"/>
                <w:szCs w:val="24"/>
              </w:rPr>
              <w:t>Medication</w:t>
            </w:r>
          </w:p>
        </w:tc>
        <w:tc>
          <w:tcPr>
            <w:tcW w:w="3435" w:type="dxa"/>
          </w:tcPr>
          <w:p w14:paraId="6712F296" w14:textId="77777777" w:rsidR="00A00D9B" w:rsidRPr="00175146" w:rsidRDefault="0072735D">
            <w:pPr>
              <w:rPr>
                <w:sz w:val="24"/>
                <w:szCs w:val="24"/>
              </w:rPr>
            </w:pPr>
            <w:r w:rsidRPr="00175146">
              <w:rPr>
                <w:b/>
                <w:sz w:val="24"/>
                <w:szCs w:val="24"/>
              </w:rPr>
              <w:t>Dose</w:t>
            </w:r>
          </w:p>
        </w:tc>
        <w:tc>
          <w:tcPr>
            <w:tcW w:w="3435" w:type="dxa"/>
          </w:tcPr>
          <w:p w14:paraId="5CF1582E" w14:textId="77777777" w:rsidR="00A00D9B" w:rsidRPr="00175146" w:rsidRDefault="0072735D">
            <w:pPr>
              <w:rPr>
                <w:sz w:val="24"/>
                <w:szCs w:val="24"/>
              </w:rPr>
            </w:pPr>
            <w:r w:rsidRPr="00175146">
              <w:rPr>
                <w:b/>
                <w:sz w:val="24"/>
                <w:szCs w:val="24"/>
              </w:rPr>
              <w:t>Prescribing provider</w:t>
            </w:r>
          </w:p>
        </w:tc>
      </w:tr>
      <w:tr w:rsidR="00A00D9B" w:rsidRPr="00175146" w14:paraId="170F406C" w14:textId="77777777" w:rsidTr="00175146">
        <w:trPr>
          <w:trHeight w:val="519"/>
          <w:jc w:val="center"/>
        </w:trPr>
        <w:tc>
          <w:tcPr>
            <w:tcW w:w="3435" w:type="dxa"/>
          </w:tcPr>
          <w:p w14:paraId="3192F2E4" w14:textId="77777777" w:rsidR="00A00D9B" w:rsidRPr="00175146" w:rsidRDefault="0072735D">
            <w:pPr>
              <w:rPr>
                <w:sz w:val="24"/>
                <w:szCs w:val="24"/>
              </w:rPr>
            </w:pPr>
            <w:r w:rsidRPr="00175146">
              <w:rPr>
                <w:sz w:val="24"/>
                <w:szCs w:val="24"/>
              </w:rPr>
              <w:br/>
            </w:r>
          </w:p>
        </w:tc>
        <w:tc>
          <w:tcPr>
            <w:tcW w:w="3435" w:type="dxa"/>
          </w:tcPr>
          <w:p w14:paraId="6D7CF136" w14:textId="77777777" w:rsidR="00A00D9B" w:rsidRPr="00175146" w:rsidRDefault="0072735D">
            <w:pPr>
              <w:rPr>
                <w:sz w:val="24"/>
                <w:szCs w:val="24"/>
              </w:rPr>
            </w:pPr>
            <w:r w:rsidRPr="00175146">
              <w:rPr>
                <w:sz w:val="24"/>
                <w:szCs w:val="24"/>
              </w:rPr>
              <w:br/>
            </w:r>
          </w:p>
        </w:tc>
        <w:tc>
          <w:tcPr>
            <w:tcW w:w="3435" w:type="dxa"/>
          </w:tcPr>
          <w:p w14:paraId="6D3EA365" w14:textId="77777777" w:rsidR="00A00D9B" w:rsidRPr="00175146" w:rsidRDefault="0072735D">
            <w:pPr>
              <w:rPr>
                <w:sz w:val="24"/>
                <w:szCs w:val="24"/>
              </w:rPr>
            </w:pPr>
            <w:r w:rsidRPr="00175146">
              <w:rPr>
                <w:sz w:val="24"/>
                <w:szCs w:val="24"/>
              </w:rPr>
              <w:br/>
            </w:r>
          </w:p>
        </w:tc>
      </w:tr>
      <w:tr w:rsidR="00A00D9B" w:rsidRPr="00175146" w14:paraId="7DD61C65" w14:textId="77777777" w:rsidTr="00175146">
        <w:trPr>
          <w:trHeight w:val="533"/>
          <w:jc w:val="center"/>
        </w:trPr>
        <w:tc>
          <w:tcPr>
            <w:tcW w:w="3435" w:type="dxa"/>
          </w:tcPr>
          <w:p w14:paraId="3F2723E9" w14:textId="77777777" w:rsidR="00A00D9B" w:rsidRPr="00175146" w:rsidRDefault="0072735D">
            <w:pPr>
              <w:rPr>
                <w:sz w:val="24"/>
                <w:szCs w:val="24"/>
              </w:rPr>
            </w:pPr>
            <w:r w:rsidRPr="00175146">
              <w:rPr>
                <w:sz w:val="24"/>
                <w:szCs w:val="24"/>
              </w:rPr>
              <w:br/>
            </w:r>
          </w:p>
        </w:tc>
        <w:tc>
          <w:tcPr>
            <w:tcW w:w="3435" w:type="dxa"/>
          </w:tcPr>
          <w:p w14:paraId="5B996FB8" w14:textId="77777777" w:rsidR="00A00D9B" w:rsidRPr="00175146" w:rsidRDefault="0072735D">
            <w:pPr>
              <w:rPr>
                <w:sz w:val="24"/>
                <w:szCs w:val="24"/>
              </w:rPr>
            </w:pPr>
            <w:r w:rsidRPr="00175146">
              <w:rPr>
                <w:sz w:val="24"/>
                <w:szCs w:val="24"/>
              </w:rPr>
              <w:br/>
            </w:r>
          </w:p>
        </w:tc>
        <w:tc>
          <w:tcPr>
            <w:tcW w:w="3435" w:type="dxa"/>
          </w:tcPr>
          <w:p w14:paraId="285FCA06" w14:textId="77777777" w:rsidR="00A00D9B" w:rsidRPr="00175146" w:rsidRDefault="0072735D">
            <w:pPr>
              <w:rPr>
                <w:sz w:val="24"/>
                <w:szCs w:val="24"/>
              </w:rPr>
            </w:pPr>
            <w:r w:rsidRPr="00175146">
              <w:rPr>
                <w:sz w:val="24"/>
                <w:szCs w:val="24"/>
              </w:rPr>
              <w:br/>
            </w:r>
          </w:p>
        </w:tc>
      </w:tr>
      <w:tr w:rsidR="00A00D9B" w:rsidRPr="00175146" w14:paraId="3C1D68FF" w14:textId="77777777" w:rsidTr="00175146">
        <w:trPr>
          <w:trHeight w:val="519"/>
          <w:jc w:val="center"/>
        </w:trPr>
        <w:tc>
          <w:tcPr>
            <w:tcW w:w="3435" w:type="dxa"/>
          </w:tcPr>
          <w:p w14:paraId="1A0C5531" w14:textId="77777777" w:rsidR="00A00D9B" w:rsidRPr="00175146" w:rsidRDefault="0072735D">
            <w:pPr>
              <w:rPr>
                <w:sz w:val="24"/>
                <w:szCs w:val="24"/>
              </w:rPr>
            </w:pPr>
            <w:r w:rsidRPr="00175146">
              <w:rPr>
                <w:sz w:val="24"/>
                <w:szCs w:val="24"/>
              </w:rPr>
              <w:br/>
            </w:r>
          </w:p>
        </w:tc>
        <w:tc>
          <w:tcPr>
            <w:tcW w:w="3435" w:type="dxa"/>
          </w:tcPr>
          <w:p w14:paraId="662CEE13" w14:textId="77777777" w:rsidR="00A00D9B" w:rsidRPr="00175146" w:rsidRDefault="0072735D">
            <w:pPr>
              <w:rPr>
                <w:sz w:val="24"/>
                <w:szCs w:val="24"/>
              </w:rPr>
            </w:pPr>
            <w:r w:rsidRPr="00175146">
              <w:rPr>
                <w:sz w:val="24"/>
                <w:szCs w:val="24"/>
              </w:rPr>
              <w:br/>
            </w:r>
          </w:p>
        </w:tc>
        <w:tc>
          <w:tcPr>
            <w:tcW w:w="3435" w:type="dxa"/>
          </w:tcPr>
          <w:p w14:paraId="64B62E5C" w14:textId="77777777" w:rsidR="00A00D9B" w:rsidRPr="00175146" w:rsidRDefault="0072735D">
            <w:pPr>
              <w:rPr>
                <w:sz w:val="24"/>
                <w:szCs w:val="24"/>
              </w:rPr>
            </w:pPr>
            <w:r w:rsidRPr="00175146">
              <w:rPr>
                <w:sz w:val="24"/>
                <w:szCs w:val="24"/>
              </w:rPr>
              <w:br/>
            </w:r>
          </w:p>
        </w:tc>
      </w:tr>
      <w:tr w:rsidR="00175146" w:rsidRPr="00175146" w14:paraId="54847B6E" w14:textId="77777777" w:rsidTr="00175146">
        <w:trPr>
          <w:trHeight w:val="519"/>
          <w:jc w:val="center"/>
        </w:trPr>
        <w:tc>
          <w:tcPr>
            <w:tcW w:w="3435" w:type="dxa"/>
          </w:tcPr>
          <w:p w14:paraId="1AC61ED5" w14:textId="77777777" w:rsidR="00175146" w:rsidRPr="00175146" w:rsidRDefault="00175146">
            <w:pPr>
              <w:rPr>
                <w:sz w:val="24"/>
                <w:szCs w:val="24"/>
              </w:rPr>
            </w:pPr>
          </w:p>
        </w:tc>
        <w:tc>
          <w:tcPr>
            <w:tcW w:w="3435" w:type="dxa"/>
          </w:tcPr>
          <w:p w14:paraId="3D99A347" w14:textId="77777777" w:rsidR="00175146" w:rsidRPr="00175146" w:rsidRDefault="00175146">
            <w:pPr>
              <w:rPr>
                <w:sz w:val="24"/>
                <w:szCs w:val="24"/>
              </w:rPr>
            </w:pPr>
          </w:p>
        </w:tc>
        <w:tc>
          <w:tcPr>
            <w:tcW w:w="3435" w:type="dxa"/>
          </w:tcPr>
          <w:p w14:paraId="4A19A2B9" w14:textId="77777777" w:rsidR="00175146" w:rsidRPr="00175146" w:rsidRDefault="00175146">
            <w:pPr>
              <w:rPr>
                <w:sz w:val="24"/>
                <w:szCs w:val="24"/>
              </w:rPr>
            </w:pPr>
          </w:p>
        </w:tc>
      </w:tr>
      <w:tr w:rsidR="00175146" w:rsidRPr="00175146" w14:paraId="6AD65BFE" w14:textId="77777777" w:rsidTr="00175146">
        <w:trPr>
          <w:trHeight w:val="519"/>
          <w:jc w:val="center"/>
        </w:trPr>
        <w:tc>
          <w:tcPr>
            <w:tcW w:w="3435" w:type="dxa"/>
          </w:tcPr>
          <w:p w14:paraId="28759037" w14:textId="77777777" w:rsidR="00175146" w:rsidRPr="00175146" w:rsidRDefault="00175146">
            <w:pPr>
              <w:rPr>
                <w:sz w:val="24"/>
                <w:szCs w:val="24"/>
              </w:rPr>
            </w:pPr>
          </w:p>
        </w:tc>
        <w:tc>
          <w:tcPr>
            <w:tcW w:w="3435" w:type="dxa"/>
          </w:tcPr>
          <w:p w14:paraId="412A510B" w14:textId="77777777" w:rsidR="00175146" w:rsidRPr="00175146" w:rsidRDefault="00175146">
            <w:pPr>
              <w:rPr>
                <w:sz w:val="24"/>
                <w:szCs w:val="24"/>
              </w:rPr>
            </w:pPr>
          </w:p>
        </w:tc>
        <w:tc>
          <w:tcPr>
            <w:tcW w:w="3435" w:type="dxa"/>
          </w:tcPr>
          <w:p w14:paraId="0F73DC47" w14:textId="77777777" w:rsidR="00175146" w:rsidRPr="00175146" w:rsidRDefault="00175146">
            <w:pPr>
              <w:rPr>
                <w:sz w:val="24"/>
                <w:szCs w:val="24"/>
              </w:rPr>
            </w:pPr>
          </w:p>
        </w:tc>
      </w:tr>
      <w:tr w:rsidR="00175146" w:rsidRPr="00175146" w14:paraId="05A8710B" w14:textId="77777777" w:rsidTr="00175146">
        <w:trPr>
          <w:trHeight w:val="519"/>
          <w:jc w:val="center"/>
        </w:trPr>
        <w:tc>
          <w:tcPr>
            <w:tcW w:w="3435" w:type="dxa"/>
          </w:tcPr>
          <w:p w14:paraId="7CC2683A" w14:textId="77777777" w:rsidR="00175146" w:rsidRPr="00175146" w:rsidRDefault="00175146">
            <w:pPr>
              <w:rPr>
                <w:sz w:val="24"/>
                <w:szCs w:val="24"/>
              </w:rPr>
            </w:pPr>
          </w:p>
        </w:tc>
        <w:tc>
          <w:tcPr>
            <w:tcW w:w="3435" w:type="dxa"/>
          </w:tcPr>
          <w:p w14:paraId="492561BF" w14:textId="77777777" w:rsidR="00175146" w:rsidRPr="00175146" w:rsidRDefault="00175146">
            <w:pPr>
              <w:rPr>
                <w:sz w:val="24"/>
                <w:szCs w:val="24"/>
              </w:rPr>
            </w:pPr>
          </w:p>
        </w:tc>
        <w:tc>
          <w:tcPr>
            <w:tcW w:w="3435" w:type="dxa"/>
          </w:tcPr>
          <w:p w14:paraId="3A23ACC9" w14:textId="77777777" w:rsidR="00175146" w:rsidRPr="00175146" w:rsidRDefault="00175146">
            <w:pPr>
              <w:rPr>
                <w:sz w:val="24"/>
                <w:szCs w:val="24"/>
              </w:rPr>
            </w:pPr>
          </w:p>
        </w:tc>
      </w:tr>
      <w:tr w:rsidR="00175146" w:rsidRPr="00175146" w14:paraId="02B23461" w14:textId="77777777" w:rsidTr="00175146">
        <w:trPr>
          <w:trHeight w:val="519"/>
          <w:jc w:val="center"/>
        </w:trPr>
        <w:tc>
          <w:tcPr>
            <w:tcW w:w="3435" w:type="dxa"/>
          </w:tcPr>
          <w:p w14:paraId="5D55527D" w14:textId="77777777" w:rsidR="00175146" w:rsidRPr="00175146" w:rsidRDefault="00175146">
            <w:pPr>
              <w:rPr>
                <w:sz w:val="24"/>
                <w:szCs w:val="24"/>
              </w:rPr>
            </w:pPr>
          </w:p>
        </w:tc>
        <w:tc>
          <w:tcPr>
            <w:tcW w:w="3435" w:type="dxa"/>
          </w:tcPr>
          <w:p w14:paraId="2D4A6073" w14:textId="77777777" w:rsidR="00175146" w:rsidRPr="00175146" w:rsidRDefault="00175146">
            <w:pPr>
              <w:rPr>
                <w:sz w:val="24"/>
                <w:szCs w:val="24"/>
              </w:rPr>
            </w:pPr>
          </w:p>
        </w:tc>
        <w:tc>
          <w:tcPr>
            <w:tcW w:w="3435" w:type="dxa"/>
          </w:tcPr>
          <w:p w14:paraId="1962E9DB" w14:textId="77777777" w:rsidR="00175146" w:rsidRPr="00175146" w:rsidRDefault="00175146">
            <w:pPr>
              <w:rPr>
                <w:sz w:val="24"/>
                <w:szCs w:val="24"/>
              </w:rPr>
            </w:pPr>
          </w:p>
        </w:tc>
      </w:tr>
    </w:tbl>
    <w:p w14:paraId="0D10B683" w14:textId="77777777" w:rsidR="00175146" w:rsidRPr="00175146" w:rsidRDefault="00175146">
      <w:pPr>
        <w:rPr>
          <w:b/>
          <w:sz w:val="24"/>
          <w:szCs w:val="24"/>
        </w:rPr>
      </w:pPr>
    </w:p>
    <w:p w14:paraId="4F51D5DA" w14:textId="0D8E675F" w:rsidR="00A00D9B" w:rsidRPr="00175146" w:rsidRDefault="0072735D">
      <w:pPr>
        <w:rPr>
          <w:sz w:val="24"/>
          <w:szCs w:val="24"/>
        </w:rPr>
      </w:pPr>
      <w:r w:rsidRPr="00175146">
        <w:rPr>
          <w:b/>
          <w:sz w:val="24"/>
          <w:szCs w:val="24"/>
        </w:rPr>
        <w:t xml:space="preserve">Relevant medical conditions, allergies, or other considerations: </w:t>
      </w:r>
      <w:r w:rsidRPr="00175146">
        <w:rPr>
          <w:sz w:val="24"/>
          <w:szCs w:val="24"/>
        </w:rPr>
        <w:t>___________________________</w:t>
      </w:r>
      <w:r w:rsidR="00175146" w:rsidRPr="00175146">
        <w:rPr>
          <w:sz w:val="24"/>
          <w:szCs w:val="24"/>
        </w:rPr>
        <w:t>____________________</w:t>
      </w:r>
      <w:r w:rsidR="00175146">
        <w:rPr>
          <w:sz w:val="24"/>
          <w:szCs w:val="24"/>
        </w:rPr>
        <w:t>_____________________________</w:t>
      </w:r>
    </w:p>
    <w:p w14:paraId="1185F686" w14:textId="5852F326" w:rsidR="00A00D9B" w:rsidRPr="00175146" w:rsidRDefault="0072735D">
      <w:pPr>
        <w:rPr>
          <w:sz w:val="24"/>
          <w:szCs w:val="24"/>
        </w:rPr>
      </w:pPr>
      <w:r w:rsidRPr="00175146">
        <w:rPr>
          <w:sz w:val="24"/>
          <w:szCs w:val="24"/>
        </w:rPr>
        <w:t>_________________________________________________________________________________________________________</w:t>
      </w:r>
      <w:r w:rsidR="00175146" w:rsidRPr="00175146">
        <w:rPr>
          <w:sz w:val="24"/>
          <w:szCs w:val="24"/>
        </w:rPr>
        <w:t>___________________________________________________________________________________________________</w:t>
      </w:r>
      <w:r w:rsidR="00175146">
        <w:rPr>
          <w:sz w:val="24"/>
          <w:szCs w:val="24"/>
        </w:rPr>
        <w:t>________________________</w:t>
      </w:r>
      <w:r w:rsidRPr="00175146">
        <w:rPr>
          <w:sz w:val="24"/>
          <w:szCs w:val="24"/>
        </w:rPr>
        <w:br/>
        <w:t>_________________________________________________________________________________________________________</w:t>
      </w:r>
      <w:r w:rsidR="00175146" w:rsidRPr="00175146">
        <w:rPr>
          <w:sz w:val="24"/>
          <w:szCs w:val="24"/>
        </w:rPr>
        <w:t>___________________________________________________________________________________________________</w:t>
      </w:r>
      <w:r w:rsidR="00175146">
        <w:rPr>
          <w:sz w:val="24"/>
          <w:szCs w:val="24"/>
        </w:rPr>
        <w:t>________________________</w:t>
      </w:r>
    </w:p>
    <w:p w14:paraId="5B4F1C7D" w14:textId="77777777" w:rsidR="00A00D9B" w:rsidRPr="00175146" w:rsidRDefault="0072735D">
      <w:pPr>
        <w:pStyle w:val="Heading1"/>
        <w:rPr>
          <w:szCs w:val="24"/>
        </w:rPr>
      </w:pPr>
      <w:r w:rsidRPr="00175146">
        <w:rPr>
          <w:szCs w:val="24"/>
        </w:rPr>
        <w:lastRenderedPageBreak/>
        <w:t>SECTION 4: SHARED-CARE ARRANGEMENT</w:t>
      </w:r>
    </w:p>
    <w:p w14:paraId="0504CEE4" w14:textId="77777777" w:rsidR="00A00D9B" w:rsidRPr="00175146" w:rsidRDefault="0072735D">
      <w:pPr>
        <w:rPr>
          <w:sz w:val="24"/>
          <w:szCs w:val="24"/>
        </w:rPr>
      </w:pPr>
      <w:proofErr w:type="gramStart"/>
      <w:r w:rsidRPr="00175146">
        <w:rPr>
          <w:b/>
          <w:sz w:val="24"/>
          <w:szCs w:val="24"/>
        </w:rPr>
        <w:t>Referring</w:t>
      </w:r>
      <w:proofErr w:type="gramEnd"/>
      <w:r w:rsidRPr="00175146">
        <w:rPr>
          <w:b/>
          <w:sz w:val="24"/>
          <w:szCs w:val="24"/>
        </w:rPr>
        <w:t xml:space="preserve"> provider’s role:</w:t>
      </w:r>
    </w:p>
    <w:p w14:paraId="2481AE63" w14:textId="77777777" w:rsidR="00A00D9B" w:rsidRPr="00175146" w:rsidRDefault="0072735D">
      <w:pPr>
        <w:rPr>
          <w:sz w:val="24"/>
          <w:szCs w:val="24"/>
        </w:rPr>
      </w:pPr>
      <w:proofErr w:type="gramStart"/>
      <w:r w:rsidRPr="00175146">
        <w:rPr>
          <w:sz w:val="24"/>
          <w:szCs w:val="24"/>
        </w:rPr>
        <w:t>☐</w:t>
      </w:r>
      <w:r w:rsidRPr="00175146">
        <w:rPr>
          <w:sz w:val="24"/>
          <w:szCs w:val="24"/>
        </w:rPr>
        <w:t xml:space="preserve">  Continue</w:t>
      </w:r>
      <w:proofErr w:type="gramEnd"/>
      <w:r w:rsidRPr="00175146">
        <w:rPr>
          <w:sz w:val="24"/>
          <w:szCs w:val="24"/>
        </w:rPr>
        <w:t xml:space="preserve"> routine psychiatric evaluations and follow-up.</w:t>
      </w:r>
    </w:p>
    <w:p w14:paraId="1E0BD03A" w14:textId="77777777" w:rsidR="00A00D9B" w:rsidRPr="00175146" w:rsidRDefault="0072735D">
      <w:pPr>
        <w:rPr>
          <w:sz w:val="24"/>
          <w:szCs w:val="24"/>
        </w:rPr>
      </w:pPr>
      <w:proofErr w:type="gramStart"/>
      <w:r w:rsidRPr="00175146">
        <w:rPr>
          <w:sz w:val="24"/>
          <w:szCs w:val="24"/>
        </w:rPr>
        <w:t>☐</w:t>
      </w:r>
      <w:r w:rsidRPr="00175146">
        <w:rPr>
          <w:sz w:val="24"/>
          <w:szCs w:val="24"/>
        </w:rPr>
        <w:t xml:space="preserve">  Continue</w:t>
      </w:r>
      <w:proofErr w:type="gramEnd"/>
      <w:r w:rsidRPr="00175146">
        <w:rPr>
          <w:sz w:val="24"/>
          <w:szCs w:val="24"/>
        </w:rPr>
        <w:t xml:space="preserve"> management of psychiatric medications other than Spravato, as clinically appropriate.</w:t>
      </w:r>
    </w:p>
    <w:p w14:paraId="464006C1" w14:textId="77777777" w:rsidR="00A00D9B" w:rsidRPr="00175146" w:rsidRDefault="0072735D">
      <w:pPr>
        <w:rPr>
          <w:sz w:val="24"/>
          <w:szCs w:val="24"/>
        </w:rPr>
      </w:pPr>
      <w:proofErr w:type="gramStart"/>
      <w:r w:rsidRPr="00175146">
        <w:rPr>
          <w:sz w:val="24"/>
          <w:szCs w:val="24"/>
        </w:rPr>
        <w:t>☐</w:t>
      </w:r>
      <w:r w:rsidRPr="00175146">
        <w:rPr>
          <w:sz w:val="24"/>
          <w:szCs w:val="24"/>
        </w:rPr>
        <w:t xml:space="preserve">  Monitor</w:t>
      </w:r>
      <w:proofErr w:type="gramEnd"/>
      <w:r w:rsidRPr="00175146">
        <w:rPr>
          <w:sz w:val="24"/>
          <w:szCs w:val="24"/>
        </w:rPr>
        <w:t xml:space="preserve"> depressive symptoms and overall psychiatric status.</w:t>
      </w:r>
    </w:p>
    <w:p w14:paraId="214FF11B" w14:textId="77777777" w:rsidR="00A00D9B" w:rsidRPr="00175146" w:rsidRDefault="0072735D">
      <w:pPr>
        <w:rPr>
          <w:sz w:val="24"/>
          <w:szCs w:val="24"/>
        </w:rPr>
      </w:pPr>
      <w:proofErr w:type="gramStart"/>
      <w:r w:rsidRPr="00175146">
        <w:rPr>
          <w:sz w:val="24"/>
          <w:szCs w:val="24"/>
        </w:rPr>
        <w:t>☐</w:t>
      </w:r>
      <w:r w:rsidRPr="00175146">
        <w:rPr>
          <w:sz w:val="24"/>
          <w:szCs w:val="24"/>
        </w:rPr>
        <w:t xml:space="preserve">  Communicate</w:t>
      </w:r>
      <w:proofErr w:type="gramEnd"/>
      <w:r w:rsidRPr="00175146">
        <w:rPr>
          <w:sz w:val="24"/>
          <w:szCs w:val="24"/>
        </w:rPr>
        <w:t xml:space="preserve"> relevant clinical changes, medication changes, or safety concerns to North Creek.</w:t>
      </w:r>
    </w:p>
    <w:p w14:paraId="12E16E3B" w14:textId="77777777" w:rsidR="00A00D9B" w:rsidRPr="00175146" w:rsidRDefault="0072735D">
      <w:pPr>
        <w:rPr>
          <w:sz w:val="24"/>
          <w:szCs w:val="24"/>
        </w:rPr>
      </w:pPr>
      <w:proofErr w:type="gramStart"/>
      <w:r w:rsidRPr="00175146">
        <w:rPr>
          <w:sz w:val="24"/>
          <w:szCs w:val="24"/>
        </w:rPr>
        <w:t>☐</w:t>
      </w:r>
      <w:r w:rsidRPr="00175146">
        <w:rPr>
          <w:sz w:val="24"/>
          <w:szCs w:val="24"/>
        </w:rPr>
        <w:t xml:space="preserve">  Other</w:t>
      </w:r>
      <w:proofErr w:type="gramEnd"/>
      <w:r w:rsidRPr="00175146">
        <w:rPr>
          <w:sz w:val="24"/>
          <w:szCs w:val="24"/>
        </w:rPr>
        <w:t>: __________________________________________________________________________</w:t>
      </w:r>
    </w:p>
    <w:p w14:paraId="6D4E839B" w14:textId="77777777" w:rsidR="00A00D9B" w:rsidRPr="00175146" w:rsidRDefault="0072735D">
      <w:pPr>
        <w:rPr>
          <w:sz w:val="24"/>
          <w:szCs w:val="24"/>
        </w:rPr>
      </w:pPr>
      <w:r w:rsidRPr="00175146">
        <w:rPr>
          <w:b/>
          <w:sz w:val="24"/>
          <w:szCs w:val="24"/>
        </w:rPr>
        <w:t>North Creek’s role, subject to clinical acceptance:</w:t>
      </w:r>
    </w:p>
    <w:p w14:paraId="781BB7A8" w14:textId="77777777" w:rsidR="00A00D9B" w:rsidRPr="00175146" w:rsidRDefault="0072735D">
      <w:pPr>
        <w:rPr>
          <w:sz w:val="24"/>
          <w:szCs w:val="24"/>
        </w:rPr>
      </w:pPr>
      <w:proofErr w:type="gramStart"/>
      <w:r w:rsidRPr="00175146">
        <w:rPr>
          <w:sz w:val="24"/>
          <w:szCs w:val="24"/>
        </w:rPr>
        <w:t>☐</w:t>
      </w:r>
      <w:r w:rsidRPr="00175146">
        <w:rPr>
          <w:sz w:val="24"/>
          <w:szCs w:val="24"/>
        </w:rPr>
        <w:t xml:space="preserve">  Conduct</w:t>
      </w:r>
      <w:proofErr w:type="gramEnd"/>
      <w:r w:rsidRPr="00175146">
        <w:rPr>
          <w:sz w:val="24"/>
          <w:szCs w:val="24"/>
        </w:rPr>
        <w:t xml:space="preserve"> a Spravato-specific evaluation and determine treatment eligibility.</w:t>
      </w:r>
    </w:p>
    <w:p w14:paraId="5A61AD07" w14:textId="77777777" w:rsidR="00A00D9B" w:rsidRPr="00175146" w:rsidRDefault="0072735D">
      <w:pPr>
        <w:rPr>
          <w:sz w:val="24"/>
          <w:szCs w:val="24"/>
        </w:rPr>
      </w:pPr>
      <w:proofErr w:type="gramStart"/>
      <w:r w:rsidRPr="00175146">
        <w:rPr>
          <w:sz w:val="24"/>
          <w:szCs w:val="24"/>
        </w:rPr>
        <w:t>☐</w:t>
      </w:r>
      <w:r w:rsidRPr="00175146">
        <w:rPr>
          <w:sz w:val="24"/>
          <w:szCs w:val="24"/>
        </w:rPr>
        <w:t xml:space="preserve">  Coordinate</w:t>
      </w:r>
      <w:proofErr w:type="gramEnd"/>
      <w:r w:rsidRPr="00175146">
        <w:rPr>
          <w:sz w:val="24"/>
          <w:szCs w:val="24"/>
        </w:rPr>
        <w:t xml:space="preserve"> authorization and treatment logistics, as applicable.</w:t>
      </w:r>
    </w:p>
    <w:p w14:paraId="7037CF44" w14:textId="77777777" w:rsidR="00A00D9B" w:rsidRPr="00175146" w:rsidRDefault="0072735D">
      <w:pPr>
        <w:rPr>
          <w:sz w:val="24"/>
          <w:szCs w:val="24"/>
        </w:rPr>
      </w:pPr>
      <w:proofErr w:type="gramStart"/>
      <w:r w:rsidRPr="00175146">
        <w:rPr>
          <w:sz w:val="24"/>
          <w:szCs w:val="24"/>
        </w:rPr>
        <w:t>☐</w:t>
      </w:r>
      <w:r w:rsidRPr="00175146">
        <w:rPr>
          <w:sz w:val="24"/>
          <w:szCs w:val="24"/>
        </w:rPr>
        <w:t xml:space="preserve">  Provide</w:t>
      </w:r>
      <w:proofErr w:type="gramEnd"/>
      <w:r w:rsidRPr="00175146">
        <w:rPr>
          <w:sz w:val="24"/>
          <w:szCs w:val="24"/>
        </w:rPr>
        <w:t xml:space="preserve"> Spravato administration and required monitoring under the applicable REMS program.</w:t>
      </w:r>
    </w:p>
    <w:p w14:paraId="281748DC" w14:textId="77777777" w:rsidR="00A00D9B" w:rsidRPr="00175146" w:rsidRDefault="0072735D">
      <w:pPr>
        <w:rPr>
          <w:sz w:val="24"/>
          <w:szCs w:val="24"/>
        </w:rPr>
      </w:pPr>
      <w:proofErr w:type="gramStart"/>
      <w:r w:rsidRPr="00175146">
        <w:rPr>
          <w:sz w:val="24"/>
          <w:szCs w:val="24"/>
        </w:rPr>
        <w:t>☐</w:t>
      </w:r>
      <w:r w:rsidRPr="00175146">
        <w:rPr>
          <w:sz w:val="24"/>
          <w:szCs w:val="24"/>
        </w:rPr>
        <w:t xml:space="preserve">  Assess</w:t>
      </w:r>
      <w:proofErr w:type="gramEnd"/>
      <w:r w:rsidRPr="00175146">
        <w:rPr>
          <w:sz w:val="24"/>
          <w:szCs w:val="24"/>
        </w:rPr>
        <w:t xml:space="preserve"> treatment response, tolerability, and treatment-related safety concerns.</w:t>
      </w:r>
    </w:p>
    <w:p w14:paraId="2052DBCB" w14:textId="77777777" w:rsidR="00A00D9B" w:rsidRPr="00175146" w:rsidRDefault="0072735D">
      <w:pPr>
        <w:rPr>
          <w:sz w:val="24"/>
          <w:szCs w:val="24"/>
        </w:rPr>
      </w:pPr>
      <w:proofErr w:type="gramStart"/>
      <w:r w:rsidRPr="00175146">
        <w:rPr>
          <w:sz w:val="24"/>
          <w:szCs w:val="24"/>
        </w:rPr>
        <w:t>☐</w:t>
      </w:r>
      <w:r w:rsidRPr="00175146">
        <w:rPr>
          <w:sz w:val="24"/>
          <w:szCs w:val="24"/>
        </w:rPr>
        <w:t xml:space="preserve">  Communicate</w:t>
      </w:r>
      <w:proofErr w:type="gramEnd"/>
      <w:r w:rsidRPr="00175146">
        <w:rPr>
          <w:sz w:val="24"/>
          <w:szCs w:val="24"/>
        </w:rPr>
        <w:t xml:space="preserve"> relevant treatment updates and recommendations to the referring provider, consistent with applicable authorization and privacy requirements.</w:t>
      </w:r>
    </w:p>
    <w:p w14:paraId="25C6B33E" w14:textId="77777777" w:rsidR="00A00D9B" w:rsidRPr="00175146" w:rsidRDefault="0072735D">
      <w:pPr>
        <w:rPr>
          <w:sz w:val="24"/>
          <w:szCs w:val="24"/>
        </w:rPr>
      </w:pPr>
      <w:proofErr w:type="gramStart"/>
      <w:r w:rsidRPr="00175146">
        <w:rPr>
          <w:sz w:val="24"/>
          <w:szCs w:val="24"/>
        </w:rPr>
        <w:t>☐</w:t>
      </w:r>
      <w:r w:rsidRPr="00175146">
        <w:rPr>
          <w:sz w:val="24"/>
          <w:szCs w:val="24"/>
        </w:rPr>
        <w:t xml:space="preserve">  Other</w:t>
      </w:r>
      <w:proofErr w:type="gramEnd"/>
      <w:r w:rsidRPr="00175146">
        <w:rPr>
          <w:sz w:val="24"/>
          <w:szCs w:val="24"/>
        </w:rPr>
        <w:t>: __________________________________________________________________________</w:t>
      </w:r>
    </w:p>
    <w:p w14:paraId="52D729B7" w14:textId="77777777" w:rsidR="00A00D9B" w:rsidRPr="00175146" w:rsidRDefault="0072735D">
      <w:pPr>
        <w:rPr>
          <w:sz w:val="24"/>
          <w:szCs w:val="24"/>
        </w:rPr>
      </w:pPr>
      <w:r w:rsidRPr="00175146">
        <w:rPr>
          <w:b/>
          <w:sz w:val="24"/>
          <w:szCs w:val="24"/>
        </w:rPr>
        <w:t xml:space="preserve">Requested arrangement: </w:t>
      </w:r>
      <w:r w:rsidRPr="00175146">
        <w:rPr>
          <w:sz w:val="24"/>
          <w:szCs w:val="24"/>
        </w:rPr>
        <w:t>☐</w:t>
      </w:r>
      <w:r w:rsidRPr="00175146">
        <w:rPr>
          <w:sz w:val="24"/>
          <w:szCs w:val="24"/>
        </w:rPr>
        <w:t xml:space="preserve"> Spravato treatment only; ongoing psychiatric care managed by referring provider</w:t>
      </w:r>
      <w:r w:rsidRPr="00175146">
        <w:rPr>
          <w:sz w:val="24"/>
          <w:szCs w:val="24"/>
        </w:rPr>
        <w:br/>
        <w:t>☐ Spravato evaluation first; treatment to be determined by North Creek</w:t>
      </w:r>
      <w:r w:rsidRPr="00175146">
        <w:rPr>
          <w:sz w:val="24"/>
          <w:szCs w:val="24"/>
        </w:rPr>
        <w:br/>
        <w:t>☐ Other: __________________________________________________________________________</w:t>
      </w:r>
    </w:p>
    <w:p w14:paraId="2368234E" w14:textId="77777777" w:rsidR="00A00D9B" w:rsidRPr="00175146" w:rsidRDefault="0072735D">
      <w:pPr>
        <w:rPr>
          <w:sz w:val="24"/>
          <w:szCs w:val="24"/>
        </w:rPr>
      </w:pPr>
      <w:r w:rsidRPr="00175146">
        <w:rPr>
          <w:b/>
          <w:sz w:val="24"/>
          <w:szCs w:val="24"/>
        </w:rPr>
        <w:t xml:space="preserve">Important: </w:t>
      </w:r>
      <w:r w:rsidRPr="00175146">
        <w:rPr>
          <w:sz w:val="24"/>
          <w:szCs w:val="24"/>
        </w:rPr>
        <w:t>The referral does not guarantee eligibility or initiation of treatment. North Creek will independently assess clinical appropriateness, safety, and applicable program requirements. Changes to prescribing responsibilities or the division of care must be agreed upon by the providers.</w:t>
      </w:r>
    </w:p>
    <w:p w14:paraId="6D1F284C" w14:textId="4195BE99" w:rsidR="00A00D9B" w:rsidRPr="00175146" w:rsidRDefault="0072735D">
      <w:pPr>
        <w:pStyle w:val="Heading1"/>
        <w:rPr>
          <w:szCs w:val="24"/>
        </w:rPr>
      </w:pPr>
      <w:r w:rsidRPr="00175146">
        <w:rPr>
          <w:szCs w:val="24"/>
        </w:rPr>
        <w:t>SECTION 5: CLINICAL DOCUMENTATION TO INCLUDE</w:t>
      </w:r>
    </w:p>
    <w:p w14:paraId="5F59D7F4" w14:textId="77777777" w:rsidR="00A00D9B" w:rsidRPr="00175146" w:rsidRDefault="0072735D">
      <w:pPr>
        <w:rPr>
          <w:sz w:val="24"/>
          <w:szCs w:val="24"/>
        </w:rPr>
      </w:pPr>
      <w:proofErr w:type="gramStart"/>
      <w:r w:rsidRPr="00175146">
        <w:rPr>
          <w:sz w:val="24"/>
          <w:szCs w:val="24"/>
        </w:rPr>
        <w:t>☐</w:t>
      </w:r>
      <w:r w:rsidRPr="00175146">
        <w:rPr>
          <w:sz w:val="24"/>
          <w:szCs w:val="24"/>
        </w:rPr>
        <w:t xml:space="preserve">  Most</w:t>
      </w:r>
      <w:proofErr w:type="gramEnd"/>
      <w:r w:rsidRPr="00175146">
        <w:rPr>
          <w:sz w:val="24"/>
          <w:szCs w:val="24"/>
        </w:rPr>
        <w:t xml:space="preserve"> recent psychiatric evaluation</w:t>
      </w:r>
    </w:p>
    <w:p w14:paraId="14BE9EA9" w14:textId="77777777" w:rsidR="00A00D9B" w:rsidRPr="00175146" w:rsidRDefault="0072735D">
      <w:pPr>
        <w:rPr>
          <w:sz w:val="24"/>
          <w:szCs w:val="24"/>
        </w:rPr>
      </w:pPr>
      <w:proofErr w:type="gramStart"/>
      <w:r w:rsidRPr="00175146">
        <w:rPr>
          <w:sz w:val="24"/>
          <w:szCs w:val="24"/>
        </w:rPr>
        <w:t>☐</w:t>
      </w:r>
      <w:r w:rsidRPr="00175146">
        <w:rPr>
          <w:sz w:val="24"/>
          <w:szCs w:val="24"/>
        </w:rPr>
        <w:t xml:space="preserve">  Current</w:t>
      </w:r>
      <w:proofErr w:type="gramEnd"/>
      <w:r w:rsidRPr="00175146">
        <w:rPr>
          <w:sz w:val="24"/>
          <w:szCs w:val="24"/>
        </w:rPr>
        <w:t xml:space="preserve"> medication list and medication history</w:t>
      </w:r>
    </w:p>
    <w:p w14:paraId="6FD965E6" w14:textId="77777777" w:rsidR="00A00D9B" w:rsidRPr="00175146" w:rsidRDefault="0072735D">
      <w:pPr>
        <w:rPr>
          <w:sz w:val="24"/>
          <w:szCs w:val="24"/>
        </w:rPr>
      </w:pPr>
      <w:proofErr w:type="gramStart"/>
      <w:r w:rsidRPr="00175146">
        <w:rPr>
          <w:sz w:val="24"/>
          <w:szCs w:val="24"/>
        </w:rPr>
        <w:t>☐</w:t>
      </w:r>
      <w:r w:rsidRPr="00175146">
        <w:rPr>
          <w:sz w:val="24"/>
          <w:szCs w:val="24"/>
        </w:rPr>
        <w:t xml:space="preserve">  Prior</w:t>
      </w:r>
      <w:proofErr w:type="gramEnd"/>
      <w:r w:rsidRPr="00175146">
        <w:rPr>
          <w:sz w:val="24"/>
          <w:szCs w:val="24"/>
        </w:rPr>
        <w:t xml:space="preserve"> antidepressant trials, including dose, duration, response, and tolerability</w:t>
      </w:r>
    </w:p>
    <w:p w14:paraId="022724B7" w14:textId="77777777" w:rsidR="00A00D9B" w:rsidRPr="00175146" w:rsidRDefault="0072735D">
      <w:pPr>
        <w:rPr>
          <w:sz w:val="24"/>
          <w:szCs w:val="24"/>
        </w:rPr>
      </w:pPr>
      <w:proofErr w:type="gramStart"/>
      <w:r w:rsidRPr="00175146">
        <w:rPr>
          <w:sz w:val="24"/>
          <w:szCs w:val="24"/>
        </w:rPr>
        <w:t>☐</w:t>
      </w:r>
      <w:r w:rsidRPr="00175146">
        <w:rPr>
          <w:sz w:val="24"/>
          <w:szCs w:val="24"/>
        </w:rPr>
        <w:t xml:space="preserve">  Relevant</w:t>
      </w:r>
      <w:proofErr w:type="gramEnd"/>
      <w:r w:rsidRPr="00175146">
        <w:rPr>
          <w:sz w:val="24"/>
          <w:szCs w:val="24"/>
        </w:rPr>
        <w:t xml:space="preserve"> diagnoses and symptom assessments</w:t>
      </w:r>
    </w:p>
    <w:p w14:paraId="32B83335" w14:textId="77777777" w:rsidR="00A00D9B" w:rsidRPr="00175146" w:rsidRDefault="0072735D">
      <w:pPr>
        <w:rPr>
          <w:sz w:val="24"/>
          <w:szCs w:val="24"/>
        </w:rPr>
      </w:pPr>
      <w:proofErr w:type="gramStart"/>
      <w:r w:rsidRPr="00175146">
        <w:rPr>
          <w:sz w:val="24"/>
          <w:szCs w:val="24"/>
        </w:rPr>
        <w:t>☐</w:t>
      </w:r>
      <w:r w:rsidRPr="00175146">
        <w:rPr>
          <w:sz w:val="24"/>
          <w:szCs w:val="24"/>
        </w:rPr>
        <w:t xml:space="preserve">  Relevant</w:t>
      </w:r>
      <w:proofErr w:type="gramEnd"/>
      <w:r w:rsidRPr="00175146">
        <w:rPr>
          <w:sz w:val="24"/>
          <w:szCs w:val="24"/>
        </w:rPr>
        <w:t xml:space="preserve"> medical history, allergies, and medication reconciliation</w:t>
      </w:r>
    </w:p>
    <w:p w14:paraId="5F9150F8" w14:textId="77777777" w:rsidR="00A00D9B" w:rsidRPr="00175146" w:rsidRDefault="0072735D">
      <w:pPr>
        <w:rPr>
          <w:sz w:val="24"/>
          <w:szCs w:val="24"/>
        </w:rPr>
      </w:pPr>
      <w:proofErr w:type="gramStart"/>
      <w:r w:rsidRPr="00175146">
        <w:rPr>
          <w:sz w:val="24"/>
          <w:szCs w:val="24"/>
        </w:rPr>
        <w:t>☐</w:t>
      </w:r>
      <w:r w:rsidRPr="00175146">
        <w:rPr>
          <w:sz w:val="24"/>
          <w:szCs w:val="24"/>
        </w:rPr>
        <w:t xml:space="preserve">  Relevant</w:t>
      </w:r>
      <w:proofErr w:type="gramEnd"/>
      <w:r w:rsidRPr="00175146">
        <w:rPr>
          <w:sz w:val="24"/>
          <w:szCs w:val="24"/>
        </w:rPr>
        <w:t xml:space="preserve"> laboratory results or other medical records, if clinically indicated</w:t>
      </w:r>
    </w:p>
    <w:p w14:paraId="64DC2D55" w14:textId="3BD06EE9" w:rsidR="00A00D9B" w:rsidRPr="00175146" w:rsidRDefault="0072735D">
      <w:pPr>
        <w:rPr>
          <w:sz w:val="24"/>
          <w:szCs w:val="24"/>
        </w:rPr>
      </w:pPr>
      <w:proofErr w:type="gramStart"/>
      <w:r w:rsidRPr="00175146">
        <w:rPr>
          <w:sz w:val="24"/>
          <w:szCs w:val="24"/>
        </w:rPr>
        <w:lastRenderedPageBreak/>
        <w:t>☐</w:t>
      </w:r>
      <w:r w:rsidRPr="00175146">
        <w:rPr>
          <w:sz w:val="24"/>
          <w:szCs w:val="24"/>
        </w:rPr>
        <w:t xml:space="preserve">  Other</w:t>
      </w:r>
      <w:proofErr w:type="gramEnd"/>
      <w:r w:rsidRPr="00175146">
        <w:rPr>
          <w:sz w:val="24"/>
          <w:szCs w:val="24"/>
        </w:rPr>
        <w:t xml:space="preserve"> pertinent records: ____________________________________________________________</w:t>
      </w:r>
      <w:r w:rsidR="00175146">
        <w:rPr>
          <w:sz w:val="24"/>
          <w:szCs w:val="24"/>
        </w:rPr>
        <w:t>________________</w:t>
      </w:r>
    </w:p>
    <w:p w14:paraId="6DC3FDA7" w14:textId="77777777" w:rsidR="00A00D9B" w:rsidRPr="00175146" w:rsidRDefault="0072735D">
      <w:pPr>
        <w:pStyle w:val="Heading1"/>
        <w:rPr>
          <w:szCs w:val="24"/>
        </w:rPr>
      </w:pPr>
      <w:r w:rsidRPr="00175146">
        <w:rPr>
          <w:szCs w:val="24"/>
        </w:rPr>
        <w:t>SECTION 6: REFERRAL AND COMMUNICATION ACKNOWLEDGMENT</w:t>
      </w:r>
    </w:p>
    <w:p w14:paraId="12E6DF77" w14:textId="77777777" w:rsidR="00A00D9B" w:rsidRDefault="0072735D">
      <w:pPr>
        <w:rPr>
          <w:sz w:val="24"/>
          <w:szCs w:val="24"/>
        </w:rPr>
      </w:pPr>
      <w:r w:rsidRPr="00175146">
        <w:rPr>
          <w:sz w:val="24"/>
          <w:szCs w:val="24"/>
        </w:rPr>
        <w:t>By submitting this referral, I am requesting that North Creek Psychiatry &amp; Wellness Collective evaluate the patient for potential Spravato treatment. I understand that the North Creek provider will independently determine treatment appropriateness and that this referral does not establish an automatic prescribing or ongoing psychiatric-care arrangement.</w:t>
      </w:r>
    </w:p>
    <w:p w14:paraId="7A4331AD" w14:textId="77777777" w:rsidR="00175146" w:rsidRPr="00175146" w:rsidRDefault="00175146">
      <w:pPr>
        <w:rPr>
          <w:sz w:val="24"/>
          <w:szCs w:val="24"/>
        </w:rPr>
      </w:pPr>
    </w:p>
    <w:p w14:paraId="3E178C02" w14:textId="77777777" w:rsidR="00A00D9B" w:rsidRDefault="0072735D">
      <w:pPr>
        <w:rPr>
          <w:sz w:val="24"/>
          <w:szCs w:val="24"/>
        </w:rPr>
      </w:pPr>
      <w:r w:rsidRPr="00175146">
        <w:rPr>
          <w:sz w:val="24"/>
          <w:szCs w:val="24"/>
        </w:rPr>
        <w:t>I understand that the patient’s ongoing psychiatric care is expected to remain with the referring provider unless otherwise agreed upon. I agree to communicate relevant clinical information and coordinate care when indicated.</w:t>
      </w:r>
    </w:p>
    <w:p w14:paraId="66B448E3" w14:textId="77777777" w:rsidR="00175146" w:rsidRPr="00175146" w:rsidRDefault="00175146">
      <w:pPr>
        <w:rPr>
          <w:sz w:val="24"/>
          <w:szCs w:val="24"/>
        </w:rPr>
      </w:pPr>
    </w:p>
    <w:p w14:paraId="2862EFE9" w14:textId="1C7569E4" w:rsidR="00A00D9B" w:rsidRPr="00175146" w:rsidRDefault="0072735D">
      <w:pPr>
        <w:rPr>
          <w:sz w:val="24"/>
          <w:szCs w:val="24"/>
        </w:rPr>
      </w:pPr>
      <w:proofErr w:type="gramStart"/>
      <w:r w:rsidRPr="00175146">
        <w:rPr>
          <w:b/>
          <w:sz w:val="24"/>
          <w:szCs w:val="24"/>
        </w:rPr>
        <w:t>Referring</w:t>
      </w:r>
      <w:proofErr w:type="gramEnd"/>
      <w:r w:rsidRPr="00175146">
        <w:rPr>
          <w:b/>
          <w:sz w:val="24"/>
          <w:szCs w:val="24"/>
        </w:rPr>
        <w:t xml:space="preserve"> provider signature: </w:t>
      </w:r>
      <w:r w:rsidRPr="00175146">
        <w:rPr>
          <w:sz w:val="24"/>
          <w:szCs w:val="24"/>
        </w:rPr>
        <w:t>_____________________________________</w:t>
      </w:r>
      <w:r w:rsidR="00175146">
        <w:rPr>
          <w:sz w:val="24"/>
          <w:szCs w:val="24"/>
        </w:rPr>
        <w:t>______________</w:t>
      </w:r>
    </w:p>
    <w:p w14:paraId="769A868C" w14:textId="7BAE192E" w:rsidR="00A00D9B" w:rsidRPr="00175146" w:rsidRDefault="0072735D">
      <w:pPr>
        <w:rPr>
          <w:sz w:val="24"/>
          <w:szCs w:val="24"/>
        </w:rPr>
      </w:pPr>
      <w:r w:rsidRPr="00175146">
        <w:rPr>
          <w:b/>
          <w:sz w:val="24"/>
          <w:szCs w:val="24"/>
        </w:rPr>
        <w:t xml:space="preserve">Printed name and credentials: </w:t>
      </w:r>
      <w:r w:rsidRPr="00175146">
        <w:rPr>
          <w:sz w:val="24"/>
          <w:szCs w:val="24"/>
        </w:rPr>
        <w:t>_______________________________________</w:t>
      </w:r>
      <w:r w:rsidR="00175146">
        <w:rPr>
          <w:sz w:val="24"/>
          <w:szCs w:val="24"/>
        </w:rPr>
        <w:t>___________</w:t>
      </w:r>
    </w:p>
    <w:p w14:paraId="21289EF3" w14:textId="77777777" w:rsidR="00A00D9B" w:rsidRPr="00175146" w:rsidRDefault="0072735D">
      <w:pPr>
        <w:rPr>
          <w:sz w:val="24"/>
          <w:szCs w:val="24"/>
        </w:rPr>
      </w:pPr>
      <w:r w:rsidRPr="00175146">
        <w:rPr>
          <w:b/>
          <w:sz w:val="24"/>
          <w:szCs w:val="24"/>
        </w:rPr>
        <w:t xml:space="preserve">Date: </w:t>
      </w:r>
      <w:r w:rsidRPr="00175146">
        <w:rPr>
          <w:sz w:val="24"/>
          <w:szCs w:val="24"/>
        </w:rPr>
        <w:t>______________________</w:t>
      </w:r>
    </w:p>
    <w:p w14:paraId="2E668DF2" w14:textId="77777777" w:rsidR="00A00D9B" w:rsidRPr="00175146" w:rsidRDefault="0072735D">
      <w:pPr>
        <w:rPr>
          <w:sz w:val="24"/>
          <w:szCs w:val="24"/>
        </w:rPr>
      </w:pPr>
      <w:r w:rsidRPr="00175146">
        <w:rPr>
          <w:b/>
          <w:sz w:val="24"/>
          <w:szCs w:val="24"/>
        </w:rPr>
        <w:t xml:space="preserve">North Creek receiving provider: </w:t>
      </w:r>
      <w:r w:rsidRPr="00175146">
        <w:rPr>
          <w:sz w:val="24"/>
          <w:szCs w:val="24"/>
        </w:rPr>
        <w:t>_______________________________________</w:t>
      </w:r>
    </w:p>
    <w:p w14:paraId="2F604333" w14:textId="77777777" w:rsidR="00A00D9B" w:rsidRPr="00175146" w:rsidRDefault="0072735D">
      <w:pPr>
        <w:rPr>
          <w:sz w:val="24"/>
          <w:szCs w:val="24"/>
        </w:rPr>
      </w:pPr>
      <w:r w:rsidRPr="00175146">
        <w:rPr>
          <w:b/>
          <w:sz w:val="24"/>
          <w:szCs w:val="24"/>
        </w:rPr>
        <w:t xml:space="preserve">Date received: </w:t>
      </w:r>
      <w:r w:rsidRPr="00175146">
        <w:rPr>
          <w:sz w:val="24"/>
          <w:szCs w:val="24"/>
        </w:rPr>
        <w:t>____________________</w:t>
      </w:r>
    </w:p>
    <w:p w14:paraId="1AFEBD8B" w14:textId="77777777" w:rsidR="00A00D9B" w:rsidRDefault="0072735D">
      <w:pPr>
        <w:rPr>
          <w:sz w:val="24"/>
          <w:szCs w:val="24"/>
        </w:rPr>
      </w:pPr>
      <w:r w:rsidRPr="00175146">
        <w:rPr>
          <w:b/>
          <w:sz w:val="24"/>
          <w:szCs w:val="24"/>
        </w:rPr>
        <w:t xml:space="preserve">Records received: </w:t>
      </w:r>
      <w:r w:rsidRPr="00175146">
        <w:rPr>
          <w:sz w:val="24"/>
          <w:szCs w:val="24"/>
        </w:rPr>
        <w:t>☐</w:t>
      </w:r>
      <w:r w:rsidRPr="00175146">
        <w:rPr>
          <w:sz w:val="24"/>
          <w:szCs w:val="24"/>
        </w:rPr>
        <w:t xml:space="preserve"> Yes   ☐ No</w:t>
      </w:r>
    </w:p>
    <w:p w14:paraId="2F4EA46E" w14:textId="77777777" w:rsidR="00175146" w:rsidRDefault="00175146">
      <w:pPr>
        <w:rPr>
          <w:sz w:val="24"/>
          <w:szCs w:val="24"/>
        </w:rPr>
      </w:pPr>
    </w:p>
    <w:p w14:paraId="5D86A330" w14:textId="77777777" w:rsidR="00175146" w:rsidRDefault="00175146">
      <w:pPr>
        <w:rPr>
          <w:sz w:val="24"/>
          <w:szCs w:val="24"/>
        </w:rPr>
      </w:pPr>
    </w:p>
    <w:p w14:paraId="60BD450B" w14:textId="77777777" w:rsidR="00175146" w:rsidRPr="00175146" w:rsidRDefault="00175146">
      <w:pPr>
        <w:rPr>
          <w:sz w:val="24"/>
          <w:szCs w:val="24"/>
        </w:rPr>
      </w:pPr>
    </w:p>
    <w:p w14:paraId="39BA31F2" w14:textId="77777777" w:rsidR="00A00D9B" w:rsidRDefault="0072735D">
      <w:pPr>
        <w:jc w:val="center"/>
      </w:pPr>
      <w:r>
        <w:rPr>
          <w:i/>
          <w:sz w:val="16"/>
        </w:rPr>
        <w:t>Please return this form and available supporting records using the secure referral method agreed upon by both practices.</w:t>
      </w:r>
    </w:p>
    <w:sectPr w:rsidR="00A00D9B" w:rsidSect="00034616">
      <w:footerReference w:type="default" r:id="rId9"/>
      <w:pgSz w:w="12240" w:h="15840"/>
      <w:pgMar w:top="792"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B39E9" w14:textId="77777777" w:rsidR="0072735D" w:rsidRDefault="0072735D">
      <w:pPr>
        <w:spacing w:after="0" w:line="240" w:lineRule="auto"/>
      </w:pPr>
      <w:r>
        <w:separator/>
      </w:r>
    </w:p>
  </w:endnote>
  <w:endnote w:type="continuationSeparator" w:id="0">
    <w:p w14:paraId="05B4E06F" w14:textId="77777777" w:rsidR="0072735D" w:rsidRDefault="00727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2186A" w14:textId="77777777" w:rsidR="00A00D9B" w:rsidRDefault="0072735D">
    <w:pPr>
      <w:pStyle w:val="Footer"/>
      <w:jc w:val="center"/>
    </w:pPr>
    <w:r>
      <w:rPr>
        <w:color w:val="646464"/>
        <w:sz w:val="16"/>
      </w:rPr>
      <w:t xml:space="preserve">North Creek Psychiatry &amp; Wellness </w:t>
    </w:r>
    <w:proofErr w:type="gramStart"/>
    <w:r>
      <w:rPr>
        <w:color w:val="646464"/>
        <w:sz w:val="16"/>
      </w:rPr>
      <w:t>Collective  |</w:t>
    </w:r>
    <w:proofErr w:type="gramEnd"/>
    <w:r>
      <w:rPr>
        <w:color w:val="646464"/>
        <w:sz w:val="16"/>
      </w:rPr>
      <w:t xml:space="preserve">  Provider Referral – Spravato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804D3" w14:textId="77777777" w:rsidR="0072735D" w:rsidRDefault="0072735D">
      <w:pPr>
        <w:spacing w:after="0" w:line="240" w:lineRule="auto"/>
      </w:pPr>
      <w:r>
        <w:separator/>
      </w:r>
    </w:p>
  </w:footnote>
  <w:footnote w:type="continuationSeparator" w:id="0">
    <w:p w14:paraId="39695578" w14:textId="77777777" w:rsidR="0072735D" w:rsidRDefault="007273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07294669">
    <w:abstractNumId w:val="8"/>
  </w:num>
  <w:num w:numId="2" w16cid:durableId="1736277351">
    <w:abstractNumId w:val="6"/>
  </w:num>
  <w:num w:numId="3" w16cid:durableId="124589046">
    <w:abstractNumId w:val="5"/>
  </w:num>
  <w:num w:numId="4" w16cid:durableId="897058052">
    <w:abstractNumId w:val="4"/>
  </w:num>
  <w:num w:numId="5" w16cid:durableId="148399150">
    <w:abstractNumId w:val="7"/>
  </w:num>
  <w:num w:numId="6" w16cid:durableId="56977347">
    <w:abstractNumId w:val="3"/>
  </w:num>
  <w:num w:numId="7" w16cid:durableId="1786534742">
    <w:abstractNumId w:val="2"/>
  </w:num>
  <w:num w:numId="8" w16cid:durableId="1011567870">
    <w:abstractNumId w:val="1"/>
  </w:num>
  <w:num w:numId="9" w16cid:durableId="1249578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5146"/>
    <w:rsid w:val="0029639D"/>
    <w:rsid w:val="00326F90"/>
    <w:rsid w:val="0072735D"/>
    <w:rsid w:val="00951F5B"/>
    <w:rsid w:val="00A00D9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55F5BF"/>
  <w14:defaultImageDpi w14:val="300"/>
  <w15:docId w15:val="{52E0D3A4-E819-4008-AF6E-805F8C7F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rial" w:hAnsi="Arial"/>
      <w:sz w:val="18"/>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24534B"/>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75146"/>
    <w:rPr>
      <w:color w:val="0000FF" w:themeColor="hyperlink"/>
      <w:u w:val="single"/>
    </w:rPr>
  </w:style>
  <w:style w:type="character" w:styleId="UnresolvedMention">
    <w:name w:val="Unresolved Mention"/>
    <w:basedOn w:val="DefaultParagraphFont"/>
    <w:uiPriority w:val="99"/>
    <w:semiHidden/>
    <w:unhideWhenUsed/>
    <w:rsid w:val="001751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rthcreekcollective.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1090</Words>
  <Characters>6216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Jill Stoks</cp:lastModifiedBy>
  <cp:revision>2</cp:revision>
  <dcterms:created xsi:type="dcterms:W3CDTF">2026-10-25T23:13:00Z</dcterms:created>
  <dcterms:modified xsi:type="dcterms:W3CDTF">2026-10-25T23:13:00Z</dcterms:modified>
  <cp:category/>
</cp:coreProperties>
</file>